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FC1E9" w14:textId="77777777" w:rsidR="004363BB" w:rsidRDefault="004363BB">
      <w:pPr>
        <w:jc w:val="center"/>
        <w:rPr>
          <w:b/>
          <w:color w:val="1F5A44"/>
          <w:sz w:val="22"/>
        </w:rPr>
      </w:pPr>
    </w:p>
    <w:p w14:paraId="77B31421" w14:textId="77777777" w:rsidR="00666108" w:rsidRDefault="001216F5">
      <w:pPr>
        <w:spacing w:after="40"/>
        <w:jc w:val="center"/>
      </w:pPr>
      <w:r>
        <w:rPr>
          <w:b/>
          <w:color w:val="1F5A44"/>
          <w:sz w:val="36"/>
        </w:rPr>
        <w:t>Fall ROC 2026 Agenda</w:t>
      </w:r>
    </w:p>
    <w:p w14:paraId="2C183538" w14:textId="77777777" w:rsidR="00666108" w:rsidRDefault="001216F5">
      <w:pPr>
        <w:jc w:val="center"/>
      </w:pPr>
      <w:r>
        <w:rPr>
          <w:color w:val="1F2933"/>
          <w:sz w:val="21"/>
        </w:rPr>
        <w:t>Table Mountain Casino and Resort</w:t>
      </w:r>
    </w:p>
    <w:p w14:paraId="37BE694E" w14:textId="77777777" w:rsidR="00666108" w:rsidRDefault="001216F5">
      <w:pPr>
        <w:jc w:val="center"/>
      </w:pPr>
      <w:r>
        <w:rPr>
          <w:color w:val="1F2933"/>
          <w:sz w:val="21"/>
        </w:rPr>
        <w:t>777 Jackpot Lane, Friant, CA 93626</w:t>
      </w:r>
    </w:p>
    <w:p w14:paraId="1EDAA583" w14:textId="77777777" w:rsidR="00666108" w:rsidRDefault="001216F5">
      <w:pPr>
        <w:jc w:val="center"/>
      </w:pPr>
      <w:r>
        <w:rPr>
          <w:color w:val="1F2933"/>
          <w:sz w:val="21"/>
        </w:rPr>
        <w:t>Eagle's Landing Private Dining Room</w:t>
      </w:r>
    </w:p>
    <w:p w14:paraId="450C53B4" w14:textId="560A23C5" w:rsidR="00666108" w:rsidRDefault="00A30EBB">
      <w:pPr>
        <w:spacing w:before="140" w:after="80"/>
      </w:pPr>
      <w:r>
        <w:rPr>
          <w:b/>
          <w:color w:val="1F5A44"/>
          <w:sz w:val="28"/>
        </w:rPr>
        <w:t>Wednesday - October 7th | Welcome Evening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3762"/>
        <w:gridCol w:w="3510"/>
        <w:gridCol w:w="1584"/>
      </w:tblGrid>
      <w:tr w:rsidR="00666108" w14:paraId="366EDFB7" w14:textId="77777777" w:rsidTr="00011346">
        <w:trPr>
          <w:cantSplit/>
          <w:tblHeader/>
          <w:jc w:val="center"/>
        </w:trPr>
        <w:tc>
          <w:tcPr>
            <w:tcW w:w="1368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3F450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762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F06553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AGENDA ITEM</w:t>
            </w:r>
          </w:p>
        </w:tc>
        <w:tc>
          <w:tcPr>
            <w:tcW w:w="3510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6BE6D6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LEAD / PRESENTER</w:t>
            </w:r>
          </w:p>
        </w:tc>
        <w:tc>
          <w:tcPr>
            <w:tcW w:w="1584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376BD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LOCATION / NOTES</w:t>
            </w:r>
          </w:p>
        </w:tc>
      </w:tr>
      <w:tr w:rsidR="00666108" w14:paraId="74CA51D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94C04" w14:textId="77777777" w:rsidR="00666108" w:rsidRDefault="001216F5">
            <w:pPr>
              <w:jc w:val="center"/>
            </w:pPr>
            <w:r>
              <w:rPr>
                <w:color w:val="1F2933"/>
              </w:rPr>
              <w:t>5:30-8:00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361BCE" w14:textId="77777777" w:rsidR="00666108" w:rsidRDefault="001216F5">
            <w:r>
              <w:rPr>
                <w:color w:val="1F2933"/>
              </w:rPr>
              <w:t>Cocktail Hour and Meet-Up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D58C51" w14:textId="77777777" w:rsidR="00666108" w:rsidRDefault="00666108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50195" w14:textId="77777777" w:rsidR="00666108" w:rsidRDefault="001216F5">
            <w:r>
              <w:rPr>
                <w:color w:val="1F2933"/>
              </w:rPr>
              <w:t>Table Mountain Casino/Resort - Blue Oak Grille</w:t>
            </w:r>
          </w:p>
        </w:tc>
      </w:tr>
    </w:tbl>
    <w:p w14:paraId="10B3C051" w14:textId="05F37B1E" w:rsidR="00666108" w:rsidRDefault="00A30EBB">
      <w:pPr>
        <w:spacing w:before="140" w:after="80"/>
      </w:pPr>
      <w:r>
        <w:rPr>
          <w:b/>
          <w:color w:val="1F5A44"/>
          <w:sz w:val="28"/>
        </w:rPr>
        <w:t>Thursday - October 8th | Day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3762"/>
        <w:gridCol w:w="3510"/>
        <w:gridCol w:w="1584"/>
      </w:tblGrid>
      <w:tr w:rsidR="00666108" w14:paraId="1B9824C5" w14:textId="77777777" w:rsidTr="00011346">
        <w:trPr>
          <w:cantSplit/>
          <w:tblHeader/>
          <w:jc w:val="center"/>
        </w:trPr>
        <w:tc>
          <w:tcPr>
            <w:tcW w:w="1368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590E8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762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4F7F0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AGENDA ITEM</w:t>
            </w:r>
          </w:p>
        </w:tc>
        <w:tc>
          <w:tcPr>
            <w:tcW w:w="3510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87BFE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LEAD / PRESENTER</w:t>
            </w:r>
          </w:p>
        </w:tc>
        <w:tc>
          <w:tcPr>
            <w:tcW w:w="1584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995E4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LOCATION / NOTES</w:t>
            </w:r>
          </w:p>
        </w:tc>
      </w:tr>
      <w:tr w:rsidR="00666108" w14:paraId="454F4570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76459" w14:textId="77777777" w:rsidR="00666108" w:rsidRDefault="001216F5">
            <w:pPr>
              <w:jc w:val="center"/>
            </w:pPr>
            <w:r>
              <w:rPr>
                <w:color w:val="1F2933"/>
              </w:rPr>
              <w:t>8:00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16873" w14:textId="77777777" w:rsidR="00666108" w:rsidRDefault="001216F5">
            <w:r>
              <w:rPr>
                <w:color w:val="1F2933"/>
              </w:rPr>
              <w:t>Breakfast and Coffee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0CD82" w14:textId="77777777" w:rsidR="00666108" w:rsidRDefault="001216F5">
            <w:r>
              <w:rPr>
                <w:color w:val="1F2933"/>
              </w:rPr>
              <w:t>All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8C3E1" w14:textId="133BC8E8" w:rsidR="00666108" w:rsidRDefault="007003BB">
            <w:r>
              <w:rPr>
                <w:color w:val="1F2933"/>
              </w:rPr>
              <w:t xml:space="preserve">Sage Room Conference center </w:t>
            </w:r>
          </w:p>
        </w:tc>
      </w:tr>
      <w:tr w:rsidR="00666108" w14:paraId="5DEBE2E6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7A418" w14:textId="77777777" w:rsidR="00666108" w:rsidRDefault="001216F5">
            <w:pPr>
              <w:jc w:val="center"/>
            </w:pPr>
            <w:r>
              <w:rPr>
                <w:color w:val="1F2933"/>
              </w:rPr>
              <w:t>8:30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EEE5B" w14:textId="77777777" w:rsidR="00666108" w:rsidRDefault="001216F5">
            <w:r>
              <w:rPr>
                <w:color w:val="1F2933"/>
              </w:rPr>
              <w:t>Meeting Call to Order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AF764" w14:textId="77777777" w:rsidR="00666108" w:rsidRDefault="001216F5">
            <w:r>
              <w:rPr>
                <w:color w:val="1F2933"/>
              </w:rPr>
              <w:t>Wesley Lashbrook, RVP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11AB78" w14:textId="77777777" w:rsidR="00666108" w:rsidRDefault="00666108"/>
        </w:tc>
      </w:tr>
      <w:tr w:rsidR="00666108" w:rsidRPr="007003BB" w14:paraId="3D479BA9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C7642" w14:textId="77777777" w:rsidR="00666108" w:rsidRDefault="00666108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01A09D" w14:textId="77777777" w:rsidR="00666108" w:rsidRDefault="001216F5">
            <w:r>
              <w:rPr>
                <w:color w:val="1F2933"/>
              </w:rPr>
              <w:t>Ice breaker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7B6A53" w14:textId="77777777" w:rsidR="00666108" w:rsidRPr="00011346" w:rsidRDefault="001216F5">
            <w:pPr>
              <w:rPr>
                <w:lang w:val="es-ES"/>
              </w:rPr>
            </w:pPr>
            <w:r w:rsidRPr="00011346">
              <w:rPr>
                <w:color w:val="1F2933"/>
                <w:lang w:val="es-ES"/>
              </w:rPr>
              <w:t>Joey Shibata Garza, ARVP COS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AA9F9" w14:textId="77777777" w:rsidR="00666108" w:rsidRPr="00011346" w:rsidRDefault="00666108">
            <w:pPr>
              <w:rPr>
                <w:lang w:val="es-ES"/>
              </w:rPr>
            </w:pPr>
          </w:p>
        </w:tc>
      </w:tr>
      <w:tr w:rsidR="00666108" w14:paraId="5DF561B5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B72F0" w14:textId="77777777" w:rsidR="00666108" w:rsidRPr="00011346" w:rsidRDefault="00666108">
            <w:pPr>
              <w:jc w:val="center"/>
              <w:rPr>
                <w:lang w:val="es-ES"/>
              </w:rPr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56B81" w14:textId="77777777" w:rsidR="00666108" w:rsidRDefault="001216F5">
            <w:r>
              <w:rPr>
                <w:color w:val="1F2933"/>
              </w:rPr>
              <w:t>Chapter Roll Call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5A19B1" w14:textId="2B548502" w:rsidR="00666108" w:rsidRDefault="00666108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86F5E" w14:textId="77777777" w:rsidR="00666108" w:rsidRDefault="00666108"/>
        </w:tc>
      </w:tr>
      <w:tr w:rsidR="00F464EC" w14:paraId="2F59ECD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2408F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6385B1" w14:textId="77777777" w:rsidR="00F464EC" w:rsidRDefault="00F464EC" w:rsidP="00F464EC">
            <w:r>
              <w:rPr>
                <w:color w:val="1F2933"/>
              </w:rPr>
              <w:t>Review Agenda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CA5AE" w14:textId="6AB6D4BE" w:rsidR="00F464EC" w:rsidRDefault="00F464EC" w:rsidP="00F464EC">
            <w:r>
              <w:rPr>
                <w:color w:val="1F2933"/>
              </w:rPr>
              <w:t>Wesley Lashbrook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3CB78A" w14:textId="77777777" w:rsidR="00F464EC" w:rsidRDefault="00F464EC" w:rsidP="00F464EC"/>
        </w:tc>
      </w:tr>
      <w:tr w:rsidR="00F464EC" w14:paraId="1E4957F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0E248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5B1A1" w14:textId="77777777" w:rsidR="00F464EC" w:rsidRDefault="00F464EC" w:rsidP="00F464EC">
            <w:r>
              <w:rPr>
                <w:color w:val="1F2933"/>
              </w:rPr>
              <w:t>Vote to approve Spring 2025 ROC Minutes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C66A5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ABD35" w14:textId="77777777" w:rsidR="00F464EC" w:rsidRDefault="00F464EC" w:rsidP="00F464EC"/>
        </w:tc>
      </w:tr>
      <w:tr w:rsidR="00F464EC" w14:paraId="27AEE117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C19EE2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94EB8" w14:textId="77777777" w:rsidR="00F464EC" w:rsidRDefault="00F464EC" w:rsidP="00F464EC">
            <w:r>
              <w:rPr>
                <w:color w:val="1F2933"/>
              </w:rPr>
              <w:t>Rules of the Road / Objectives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4DC42E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C02AA" w14:textId="77777777" w:rsidR="00F464EC" w:rsidRDefault="00F464EC" w:rsidP="00F464EC"/>
        </w:tc>
      </w:tr>
      <w:tr w:rsidR="00F464EC" w14:paraId="21CD3F0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E0512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158772" w14:textId="77777777" w:rsidR="00F464EC" w:rsidRDefault="00F464EC" w:rsidP="00F464EC">
            <w:r>
              <w:rPr>
                <w:color w:val="1F2933"/>
              </w:rPr>
              <w:t>Parliamentarian / Timekeeper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A2B69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00C87" w14:textId="77777777" w:rsidR="00F464EC" w:rsidRDefault="00F464EC" w:rsidP="00F464EC"/>
        </w:tc>
      </w:tr>
      <w:tr w:rsidR="00B96427" w14:paraId="5897C17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2CE45" w14:textId="77777777" w:rsidR="00B96427" w:rsidRDefault="00B96427" w:rsidP="00F464EC">
            <w:pPr>
              <w:jc w:val="center"/>
              <w:rPr>
                <w:color w:val="1F2933"/>
              </w:rPr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A0154B" w14:textId="39BFB54F" w:rsidR="00B96427" w:rsidRDefault="00910C13" w:rsidP="00F464EC">
            <w:pPr>
              <w:rPr>
                <w:color w:val="1F2933"/>
              </w:rPr>
            </w:pPr>
            <w:r w:rsidRPr="00910C13">
              <w:rPr>
                <w:color w:val="1F2933"/>
              </w:rPr>
              <w:t>ROC Guidelines and Fall 2027 ROC Discussion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DC220" w14:textId="0A0BD98A" w:rsidR="00B96427" w:rsidRDefault="00910C13" w:rsidP="00F464EC">
            <w:pPr>
              <w:rPr>
                <w:color w:val="1F2933"/>
              </w:rPr>
            </w:pPr>
            <w:r w:rsidRPr="00910C13">
              <w:rPr>
                <w:color w:val="1F2933"/>
              </w:rPr>
              <w:t>Wes Lashbrook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ED2456" w14:textId="77777777" w:rsidR="00B96427" w:rsidRDefault="00B96427" w:rsidP="00F464EC"/>
        </w:tc>
      </w:tr>
      <w:tr w:rsidR="00F464EC" w14:paraId="116BA174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8D5C6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9:45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DF707" w14:textId="77777777" w:rsidR="00F464EC" w:rsidRDefault="00F464EC" w:rsidP="00F464EC">
            <w:r>
              <w:rPr>
                <w:color w:val="1F2933"/>
              </w:rPr>
              <w:t>Break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AA92E" w14:textId="77777777" w:rsidR="00F464EC" w:rsidRDefault="00F464EC" w:rsidP="00F464EC">
            <w:r>
              <w:rPr>
                <w:color w:val="1F2933"/>
              </w:rPr>
              <w:t>All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8F0D2" w14:textId="77777777" w:rsidR="00F464EC" w:rsidRDefault="00F464EC" w:rsidP="00F464EC"/>
        </w:tc>
      </w:tr>
      <w:tr w:rsidR="00F464EC" w14:paraId="7BDAE872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D879A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10:00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7FC15" w14:textId="2AEE0D5B" w:rsidR="00F464EC" w:rsidRDefault="007003BB" w:rsidP="00F464EC">
            <w:r>
              <w:rPr>
                <w:color w:val="1F2933"/>
              </w:rPr>
              <w:t xml:space="preserve">Chapter Copyright Challenges 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E8300" w14:textId="708181AE" w:rsidR="00F464EC" w:rsidRDefault="007003BB" w:rsidP="00F464EC">
            <w:r>
              <w:rPr>
                <w:color w:val="1F2933"/>
              </w:rPr>
              <w:t>Mike Thill, Manager</w:t>
            </w:r>
            <w:r w:rsidR="00B90905">
              <w:rPr>
                <w:color w:val="1F2933"/>
              </w:rPr>
              <w:t xml:space="preserve">, Chapter </w:t>
            </w:r>
            <w:r>
              <w:rPr>
                <w:color w:val="1F2933"/>
              </w:rPr>
              <w:t>Communit</w:t>
            </w:r>
            <w:r w:rsidR="00B90905">
              <w:rPr>
                <w:color w:val="1F2933"/>
              </w:rPr>
              <w:t>ies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47AE1" w14:textId="77777777" w:rsidR="00F464EC" w:rsidRDefault="00F464EC" w:rsidP="00F464EC"/>
        </w:tc>
      </w:tr>
      <w:tr w:rsidR="00F464EC" w14:paraId="6DFCA224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144E09" w14:textId="3ECF3B4C" w:rsidR="00F464EC" w:rsidRDefault="00F464EC" w:rsidP="00F464EC">
            <w:pPr>
              <w:jc w:val="center"/>
            </w:pPr>
            <w:r>
              <w:rPr>
                <w:color w:val="1F2933"/>
              </w:rPr>
              <w:t>1</w:t>
            </w:r>
            <w:r w:rsidR="00B90905">
              <w:rPr>
                <w:color w:val="1F2933"/>
              </w:rPr>
              <w:t>0:30</w:t>
            </w:r>
            <w:r>
              <w:rPr>
                <w:color w:val="1F2933"/>
              </w:rPr>
              <w:t xml:space="preserve">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02630B" w14:textId="77777777" w:rsidR="00F464EC" w:rsidRDefault="00F464EC" w:rsidP="00F464EC">
            <w:r>
              <w:rPr>
                <w:color w:val="1F2933"/>
              </w:rPr>
              <w:t>Regional Report Out (DRVP / ARVP(s))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8D9BB6" w14:textId="299B65E4" w:rsidR="00F464EC" w:rsidRDefault="00F464EC" w:rsidP="00F464EC">
            <w:pPr>
              <w:rPr>
                <w:color w:val="1F2933"/>
              </w:rPr>
            </w:pPr>
            <w:r>
              <w:rPr>
                <w:color w:val="1F2933"/>
              </w:rPr>
              <w:t>Wes Lashbrook</w:t>
            </w:r>
          </w:p>
          <w:p w14:paraId="1C9E8A8B" w14:textId="75C2E5D9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5BF68" w14:textId="77777777" w:rsidR="00F464EC" w:rsidRDefault="00F464EC" w:rsidP="00F464EC"/>
        </w:tc>
      </w:tr>
      <w:tr w:rsidR="00F464EC" w14:paraId="6B02EDF0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E5231C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0AF87" w14:textId="77777777" w:rsidR="00F464EC" w:rsidRDefault="00F464EC" w:rsidP="00F464EC">
            <w:r>
              <w:rPr>
                <w:color w:val="1F2933"/>
              </w:rPr>
              <w:t>Region 1 Financial Report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ABD63" w14:textId="7F4D071D" w:rsidR="00F464EC" w:rsidRDefault="00F464EC" w:rsidP="00F464EC">
            <w:r>
              <w:rPr>
                <w:color w:val="1F2933"/>
              </w:rPr>
              <w:t>Dr. Chris Rainwater, ARVP Finance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055A8" w14:textId="77777777" w:rsidR="00F464EC" w:rsidRDefault="00F464EC" w:rsidP="00F464EC"/>
        </w:tc>
      </w:tr>
      <w:tr w:rsidR="00F464EC" w14:paraId="358DDE14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EFD35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11:30 AM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F4BF2F" w14:textId="77777777" w:rsidR="00F464EC" w:rsidRDefault="00F464EC" w:rsidP="00F464EC">
            <w:r>
              <w:rPr>
                <w:color w:val="1F2933"/>
              </w:rPr>
              <w:t>Lunch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73B40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8E38A" w14:textId="77777777" w:rsidR="00F464EC" w:rsidRDefault="00F464EC" w:rsidP="00F464EC"/>
        </w:tc>
      </w:tr>
      <w:tr w:rsidR="00F464EC" w14:paraId="17F12199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8D80E8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12:15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96FD61" w14:textId="77777777" w:rsidR="00F464EC" w:rsidRDefault="00F464EC" w:rsidP="00F464EC">
            <w:r>
              <w:rPr>
                <w:color w:val="1F2933"/>
              </w:rPr>
              <w:t>Regional Report Out (DRVP / ARVP(s))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833572" w14:textId="77777777" w:rsidR="00F464EC" w:rsidRDefault="00F464EC" w:rsidP="00F464EC">
            <w:r>
              <w:rPr>
                <w:color w:val="1F2933"/>
              </w:rPr>
              <w:t>Wes Lashbrook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653FE" w14:textId="77777777" w:rsidR="00F464EC" w:rsidRDefault="00F464EC" w:rsidP="00F464EC"/>
        </w:tc>
      </w:tr>
      <w:tr w:rsidR="00F464EC" w14:paraId="2282B5CC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667CB0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A5391" w14:textId="4D921B33" w:rsidR="00F464EC" w:rsidRDefault="00B90905" w:rsidP="00F464EC">
            <w:pPr>
              <w:rPr>
                <w:color w:val="1F2933"/>
              </w:rPr>
            </w:pPr>
            <w:r>
              <w:rPr>
                <w:color w:val="1F2933"/>
              </w:rPr>
              <w:t>Tech</w:t>
            </w:r>
            <w:r w:rsidR="005B0BD0">
              <w:rPr>
                <w:color w:val="1F2933"/>
              </w:rPr>
              <w:t>nology</w:t>
            </w:r>
            <w:r>
              <w:rPr>
                <w:color w:val="1F2933"/>
              </w:rPr>
              <w:t xml:space="preserve"> and Communications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49D2C" w14:textId="23E1A1FB" w:rsidR="00F464EC" w:rsidRDefault="00F464EC" w:rsidP="00F464EC">
            <w:pPr>
              <w:rPr>
                <w:color w:val="1F2933"/>
              </w:rPr>
            </w:pPr>
            <w:r>
              <w:rPr>
                <w:color w:val="1F2933"/>
              </w:rPr>
              <w:t>Jason Wallace, ARVP Tech/Comm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3E5D00" w14:textId="77777777" w:rsidR="00F464EC" w:rsidRDefault="00F464EC" w:rsidP="00F464EC"/>
        </w:tc>
      </w:tr>
      <w:tr w:rsidR="00F464EC" w14:paraId="5E8096FD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2E45EE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D8CC2" w14:textId="64362AB0" w:rsidR="00F464EC" w:rsidRDefault="00F464EC" w:rsidP="00F464EC">
            <w:r>
              <w:rPr>
                <w:color w:val="1F2933"/>
              </w:rPr>
              <w:t>DRVP</w:t>
            </w:r>
            <w:r w:rsidR="00B90905">
              <w:rPr>
                <w:color w:val="1F2933"/>
              </w:rPr>
              <w:t xml:space="preserve"> </w:t>
            </w:r>
            <w:r w:rsidR="00E3607A">
              <w:rPr>
                <w:color w:val="1F2933"/>
              </w:rPr>
              <w:t>Updates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DCB63" w14:textId="77777777" w:rsidR="00F464EC" w:rsidRDefault="00F464EC" w:rsidP="00F464EC">
            <w:r>
              <w:rPr>
                <w:color w:val="1F2933"/>
              </w:rPr>
              <w:t>Shannon Winston, DRVP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077CB" w14:textId="77777777" w:rsidR="00F464EC" w:rsidRDefault="00F464EC" w:rsidP="00F464EC"/>
        </w:tc>
      </w:tr>
      <w:tr w:rsidR="00F464EC" w14:paraId="44254D0C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2D4580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FEDF5" w14:textId="77777777" w:rsidR="00F464EC" w:rsidRDefault="00F464EC" w:rsidP="00F464EC">
            <w:r>
              <w:rPr>
                <w:color w:val="1F2933"/>
              </w:rPr>
              <w:t>Student Affairs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89B28" w14:textId="09CF5B5F" w:rsidR="00F464EC" w:rsidRDefault="0008030A" w:rsidP="00F464EC">
            <w:r>
              <w:rPr>
                <w:color w:val="1F2933"/>
              </w:rPr>
              <w:t xml:space="preserve">Wes Lashbrook for Tina Holland, ARVP Student Affairs 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952E7E" w14:textId="77777777" w:rsidR="00F464EC" w:rsidRDefault="00F464EC" w:rsidP="00F464EC"/>
        </w:tc>
      </w:tr>
      <w:tr w:rsidR="00F464EC" w14:paraId="063BE503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09A4D1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4CF81" w14:textId="0249756E" w:rsidR="00F464EC" w:rsidRDefault="00F464EC" w:rsidP="00F464EC">
            <w:r>
              <w:rPr>
                <w:color w:val="1F2933"/>
              </w:rPr>
              <w:t>Government Affairs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938B8" w14:textId="44DDD105" w:rsidR="00F464EC" w:rsidRDefault="00F464EC" w:rsidP="00F464EC">
            <w:r>
              <w:rPr>
                <w:color w:val="1F2933"/>
              </w:rPr>
              <w:t>Lee Donahue, ARVP Government</w:t>
            </w:r>
            <w:r w:rsidR="000A2E52">
              <w:rPr>
                <w:color w:val="1F2933"/>
              </w:rPr>
              <w:t xml:space="preserve"> A</w:t>
            </w:r>
            <w:r>
              <w:rPr>
                <w:color w:val="1F2933"/>
              </w:rPr>
              <w:t>ffairs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1AECD" w14:textId="77777777" w:rsidR="00F464EC" w:rsidRDefault="00F464EC" w:rsidP="00F464EC"/>
        </w:tc>
      </w:tr>
      <w:tr w:rsidR="00F464EC" w14:paraId="5E6EEEF8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D655A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1:30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60F8D" w14:textId="77777777" w:rsidR="00F464EC" w:rsidRDefault="00F464EC" w:rsidP="00F464EC">
            <w:r>
              <w:rPr>
                <w:color w:val="1F2933"/>
              </w:rPr>
              <w:t>Break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F769A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F5DEBD" w14:textId="77777777" w:rsidR="00F464EC" w:rsidRDefault="00F464EC" w:rsidP="00F464EC"/>
        </w:tc>
      </w:tr>
      <w:tr w:rsidR="00F464EC" w14:paraId="375625F4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D29907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1:45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4581D4" w14:textId="1AA8EC82" w:rsidR="00F464EC" w:rsidRDefault="00630493" w:rsidP="00F464EC">
            <w:r>
              <w:rPr>
                <w:color w:val="1F2933"/>
              </w:rPr>
              <w:t>Area Director's Role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926527" w14:textId="46A57816" w:rsidR="00F464EC" w:rsidRDefault="00630493" w:rsidP="00F464EC">
            <w:r>
              <w:rPr>
                <w:color w:val="1F2933"/>
              </w:rPr>
              <w:t>Traci Snyder, AD Area 1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F596B" w14:textId="77777777" w:rsidR="00F464EC" w:rsidRDefault="00F464EC" w:rsidP="00F464EC"/>
        </w:tc>
      </w:tr>
      <w:tr w:rsidR="00F464EC" w14:paraId="76221F8A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FAD170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2:15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41A0AF" w14:textId="77777777" w:rsidR="00F464EC" w:rsidRDefault="00F464EC" w:rsidP="00F464EC">
            <w:r>
              <w:rPr>
                <w:color w:val="1F2933"/>
              </w:rPr>
              <w:t>Break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E421A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AA1E8" w14:textId="77777777" w:rsidR="00F464EC" w:rsidRDefault="00F464EC" w:rsidP="00F464EC"/>
        </w:tc>
      </w:tr>
      <w:tr w:rsidR="00F464EC" w14:paraId="47C99063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0DE4E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2:30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FD22D7" w14:textId="2EB475F6" w:rsidR="00F464EC" w:rsidRDefault="00630493" w:rsidP="00F464EC">
            <w:r>
              <w:rPr>
                <w:color w:val="1F2933"/>
              </w:rPr>
              <w:t>Area Operating Breakouts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E570A" w14:textId="311ECD8A" w:rsidR="00F464EC" w:rsidRDefault="00630493" w:rsidP="00F464EC">
            <w:r>
              <w:rPr>
                <w:color w:val="1F2933"/>
              </w:rPr>
              <w:t>All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CDF8AC" w14:textId="77777777" w:rsidR="00F464EC" w:rsidRDefault="00F464EC" w:rsidP="00F464EC"/>
        </w:tc>
      </w:tr>
      <w:tr w:rsidR="00F464EC" w14:paraId="70B65D9A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346607" w14:textId="75FFB1B5" w:rsidR="00F464EC" w:rsidRDefault="002554C1" w:rsidP="00F464EC">
            <w:pPr>
              <w:jc w:val="center"/>
            </w:pPr>
            <w:r>
              <w:rPr>
                <w:color w:val="1F2933"/>
              </w:rPr>
              <w:t>3</w:t>
            </w:r>
            <w:r w:rsidR="008372A1">
              <w:rPr>
                <w:color w:val="1F2933"/>
              </w:rPr>
              <w:t>:</w:t>
            </w:r>
            <w:r w:rsidR="00B3271B">
              <w:rPr>
                <w:color w:val="1F2933"/>
              </w:rPr>
              <w:t>45</w:t>
            </w:r>
            <w:r w:rsidR="00F464EC">
              <w:rPr>
                <w:color w:val="1F2933"/>
              </w:rPr>
              <w:t>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AE134" w14:textId="77777777" w:rsidR="00F464EC" w:rsidRDefault="00F464EC" w:rsidP="00F464EC">
            <w:r>
              <w:rPr>
                <w:color w:val="1F2933"/>
              </w:rPr>
              <w:t>Breakout Actions Summary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E4662" w14:textId="77777777" w:rsidR="00F464EC" w:rsidRDefault="00F464EC" w:rsidP="00F464EC">
            <w:r>
              <w:rPr>
                <w:color w:val="1F2933"/>
              </w:rPr>
              <w:t>Traci Snyder, Area 1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EE3CE" w14:textId="77777777" w:rsidR="00F464EC" w:rsidRDefault="00F464EC" w:rsidP="00F464EC"/>
        </w:tc>
      </w:tr>
      <w:tr w:rsidR="00F464EC" w14:paraId="35C9AA04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1E23F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C143C2" w14:textId="77777777" w:rsidR="00F464EC" w:rsidRDefault="00F464EC" w:rsidP="00F464EC"/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513E26" w14:textId="77777777" w:rsidR="00F464EC" w:rsidRDefault="00F464EC" w:rsidP="00F464EC">
            <w:r>
              <w:rPr>
                <w:color w:val="1F2933"/>
              </w:rPr>
              <w:t>Amanda Shin, AD Area 2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9F505" w14:textId="77777777" w:rsidR="00F464EC" w:rsidRDefault="00F464EC" w:rsidP="00F464EC"/>
        </w:tc>
      </w:tr>
      <w:tr w:rsidR="00F464EC" w14:paraId="76A7165A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C3632" w14:textId="77777777" w:rsidR="00F464EC" w:rsidRDefault="00F464EC" w:rsidP="00F464EC">
            <w:pPr>
              <w:jc w:val="center"/>
            </w:pP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7CE5D" w14:textId="77777777" w:rsidR="00F464EC" w:rsidRDefault="00F464EC" w:rsidP="00F464EC"/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84BA72" w14:textId="77777777" w:rsidR="00F464EC" w:rsidRDefault="00F464EC" w:rsidP="00F464EC">
            <w:r>
              <w:rPr>
                <w:color w:val="1F2933"/>
              </w:rPr>
              <w:t>Brad Perry, AD Area 3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1A07F" w14:textId="77777777" w:rsidR="00F464EC" w:rsidRDefault="00F464EC" w:rsidP="00F464EC"/>
        </w:tc>
      </w:tr>
      <w:tr w:rsidR="00F464EC" w14:paraId="240A90B5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118252" w14:textId="5A0CDF24" w:rsidR="00F464EC" w:rsidRDefault="00B42BFC" w:rsidP="00F464EC">
            <w:pPr>
              <w:jc w:val="center"/>
            </w:pPr>
            <w:r>
              <w:rPr>
                <w:color w:val="1F2933"/>
              </w:rPr>
              <w:t>4:</w:t>
            </w:r>
            <w:r w:rsidR="00B3271B">
              <w:rPr>
                <w:color w:val="1F2933"/>
              </w:rPr>
              <w:t>15</w:t>
            </w:r>
            <w:r w:rsidR="00F464EC">
              <w:rPr>
                <w:color w:val="1F2933"/>
              </w:rPr>
              <w:t xml:space="preserve">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12E93" w14:textId="77777777" w:rsidR="00F464EC" w:rsidRDefault="00F464EC" w:rsidP="00F464EC">
            <w:r>
              <w:rPr>
                <w:color w:val="1F2933"/>
              </w:rPr>
              <w:t>Announcement of Evening Activities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48C60" w14:textId="1D3E583A" w:rsidR="00F464EC" w:rsidRDefault="00B42BFC" w:rsidP="00F464EC">
            <w:r>
              <w:rPr>
                <w:color w:val="1F2933"/>
              </w:rPr>
              <w:t>Brad Perry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A40F3" w14:textId="77777777" w:rsidR="00F464EC" w:rsidRDefault="00F464EC" w:rsidP="00F464EC"/>
        </w:tc>
      </w:tr>
      <w:tr w:rsidR="00F464EC" w14:paraId="3DDE5E2C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666921" w14:textId="3AB0BF41" w:rsidR="00F464EC" w:rsidRDefault="00F464EC" w:rsidP="00F464EC">
            <w:pPr>
              <w:jc w:val="center"/>
            </w:pPr>
            <w:r>
              <w:rPr>
                <w:color w:val="1F2933"/>
              </w:rPr>
              <w:t>4:</w:t>
            </w:r>
            <w:r w:rsidR="00B3271B">
              <w:rPr>
                <w:color w:val="1F2933"/>
              </w:rPr>
              <w:t>25</w:t>
            </w:r>
            <w:r w:rsidR="002554C1">
              <w:rPr>
                <w:color w:val="1F2933"/>
              </w:rPr>
              <w:t xml:space="preserve"> </w:t>
            </w:r>
            <w:r>
              <w:rPr>
                <w:color w:val="1F2933"/>
              </w:rPr>
              <w:t>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BC0F3" w14:textId="77777777" w:rsidR="00F464EC" w:rsidRDefault="00F464EC" w:rsidP="00F464EC">
            <w:r>
              <w:rPr>
                <w:color w:val="1F2933"/>
              </w:rPr>
              <w:t>Day 1 Meeting End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85F955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AD731" w14:textId="77777777" w:rsidR="00F464EC" w:rsidRDefault="00F464EC" w:rsidP="00F464EC"/>
        </w:tc>
      </w:tr>
      <w:tr w:rsidR="00F464EC" w14:paraId="5403584F" w14:textId="77777777" w:rsidTr="00011346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CFA311" w14:textId="77777777" w:rsidR="00F464EC" w:rsidRDefault="00F464EC" w:rsidP="00F464EC">
            <w:pPr>
              <w:jc w:val="center"/>
            </w:pPr>
            <w:r>
              <w:rPr>
                <w:color w:val="1F2933"/>
              </w:rPr>
              <w:t>5:00 PM</w:t>
            </w:r>
          </w:p>
        </w:tc>
        <w:tc>
          <w:tcPr>
            <w:tcW w:w="3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F77ED" w14:textId="0427C4D6" w:rsidR="00F464EC" w:rsidRDefault="00F464EC" w:rsidP="00F464EC">
            <w:r>
              <w:rPr>
                <w:color w:val="1F2933"/>
              </w:rPr>
              <w:t>Dinner</w:t>
            </w:r>
            <w:r w:rsidR="00B3271B">
              <w:rPr>
                <w:color w:val="1F2933"/>
              </w:rPr>
              <w:t xml:space="preserve"> – Please be there no later than 5:10 pm.  You will forfeit your seat otherwise. </w:t>
            </w:r>
          </w:p>
        </w:tc>
        <w:tc>
          <w:tcPr>
            <w:tcW w:w="3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989425" w14:textId="77777777" w:rsidR="00F464EC" w:rsidRDefault="00F464EC" w:rsidP="00F464EC"/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80922" w14:textId="77777777" w:rsidR="00F464EC" w:rsidRDefault="00F464EC" w:rsidP="00F464EC">
            <w:r>
              <w:rPr>
                <w:color w:val="1F2933"/>
              </w:rPr>
              <w:t>Sukai Dining Room</w:t>
            </w:r>
          </w:p>
        </w:tc>
      </w:tr>
    </w:tbl>
    <w:p w14:paraId="1F5FAB63" w14:textId="77777777" w:rsidR="00666108" w:rsidRDefault="001216F5">
      <w:r>
        <w:br w:type="page"/>
      </w:r>
    </w:p>
    <w:p w14:paraId="343EC2E4" w14:textId="2693AE97" w:rsidR="00666108" w:rsidRDefault="00A30EBB">
      <w:pPr>
        <w:spacing w:before="140" w:after="80"/>
      </w:pPr>
      <w:r>
        <w:rPr>
          <w:b/>
          <w:color w:val="1F5A44"/>
          <w:sz w:val="28"/>
        </w:rPr>
        <w:lastRenderedPageBreak/>
        <w:t>Friday - October 9th | Day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4536"/>
        <w:gridCol w:w="3096"/>
        <w:gridCol w:w="1224"/>
      </w:tblGrid>
      <w:tr w:rsidR="00666108" w14:paraId="41E12397" w14:textId="77777777">
        <w:trPr>
          <w:cantSplit/>
          <w:tblHeader/>
          <w:jc w:val="center"/>
        </w:trPr>
        <w:tc>
          <w:tcPr>
            <w:tcW w:w="1368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77B12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4536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C93E01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AGENDA ITEM</w:t>
            </w:r>
          </w:p>
        </w:tc>
        <w:tc>
          <w:tcPr>
            <w:tcW w:w="3096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C6561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LEAD / PRESENTER</w:t>
            </w:r>
          </w:p>
        </w:tc>
        <w:tc>
          <w:tcPr>
            <w:tcW w:w="1224" w:type="dxa"/>
            <w:shd w:val="clear" w:color="auto" w:fill="1F5A4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AA4334" w14:textId="77777777" w:rsidR="00666108" w:rsidRDefault="001216F5">
            <w:pPr>
              <w:jc w:val="center"/>
            </w:pPr>
            <w:r>
              <w:rPr>
                <w:b/>
                <w:color w:val="FFFFFF"/>
              </w:rPr>
              <w:t>LOCATION / NOTES</w:t>
            </w:r>
          </w:p>
        </w:tc>
      </w:tr>
      <w:tr w:rsidR="00666108" w14:paraId="7F4D0AA6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1F41E0" w14:textId="77777777" w:rsidR="00666108" w:rsidRDefault="001216F5">
            <w:pPr>
              <w:jc w:val="center"/>
            </w:pPr>
            <w:r>
              <w:rPr>
                <w:color w:val="1F2933"/>
              </w:rPr>
              <w:t>7:30 AM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2F2F67" w14:textId="77777777" w:rsidR="00666108" w:rsidRDefault="001216F5">
            <w:r>
              <w:rPr>
                <w:color w:val="1F2933"/>
              </w:rPr>
              <w:t>Breakfast and Coffee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3A542A" w14:textId="77777777" w:rsidR="00666108" w:rsidRDefault="001216F5">
            <w:r>
              <w:rPr>
                <w:color w:val="1F2933"/>
              </w:rPr>
              <w:t>All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BAF9E" w14:textId="77777777" w:rsidR="00666108" w:rsidRDefault="00666108"/>
        </w:tc>
      </w:tr>
      <w:tr w:rsidR="00666108" w14:paraId="5CFA4F57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9E82BB" w14:textId="77777777" w:rsidR="00666108" w:rsidRDefault="001216F5">
            <w:pPr>
              <w:jc w:val="center"/>
            </w:pPr>
            <w:r>
              <w:rPr>
                <w:color w:val="1F2933"/>
              </w:rPr>
              <w:t>8:00 AM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A26A9" w14:textId="77777777" w:rsidR="00666108" w:rsidRDefault="001216F5">
            <w:r>
              <w:rPr>
                <w:color w:val="1F2933"/>
              </w:rPr>
              <w:t>Reconvene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9FC5B" w14:textId="77777777" w:rsidR="00666108" w:rsidRDefault="001216F5">
            <w:r>
              <w:rPr>
                <w:color w:val="1F2933"/>
              </w:rPr>
              <w:t>Wes Lashbrook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31C88" w14:textId="77777777" w:rsidR="00666108" w:rsidRDefault="00666108"/>
        </w:tc>
      </w:tr>
      <w:tr w:rsidR="00666108" w14:paraId="49646F2D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C2B6D1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EC2D38" w14:textId="77777777" w:rsidR="00666108" w:rsidRDefault="001216F5">
            <w:r>
              <w:rPr>
                <w:color w:val="1F2933"/>
              </w:rPr>
              <w:t>Roll Call / Establish Quorum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F8726" w14:textId="77777777" w:rsidR="00666108" w:rsidRDefault="001216F5">
            <w:r>
              <w:rPr>
                <w:color w:val="1F2933"/>
              </w:rPr>
              <w:t>Joey Shibata Garza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0936B" w14:textId="77777777" w:rsidR="00666108" w:rsidRDefault="00666108"/>
        </w:tc>
      </w:tr>
      <w:tr w:rsidR="00666108" w14:paraId="33683EF5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9DC34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517BF9" w14:textId="77777777" w:rsidR="00666108" w:rsidRDefault="001216F5">
            <w:r>
              <w:rPr>
                <w:color w:val="1F2933"/>
              </w:rPr>
              <w:t>Announcement for the day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DEB6E" w14:textId="77777777" w:rsidR="00666108" w:rsidRDefault="001216F5">
            <w:r>
              <w:rPr>
                <w:color w:val="1F2933"/>
              </w:rPr>
              <w:t>Wes Lashbrook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0DAB0E" w14:textId="77777777" w:rsidR="00666108" w:rsidRDefault="00666108"/>
        </w:tc>
      </w:tr>
      <w:tr w:rsidR="00666108" w14:paraId="360A8C0F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4150B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8313E" w14:textId="77777777" w:rsidR="00666108" w:rsidRDefault="001216F5">
            <w:r>
              <w:rPr>
                <w:color w:val="1F2933"/>
              </w:rPr>
              <w:t>Agenda updates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B60717" w14:textId="77777777" w:rsidR="00666108" w:rsidRDefault="001216F5">
            <w:r>
              <w:rPr>
                <w:color w:val="1F2933"/>
              </w:rPr>
              <w:t>Avery Fox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AE906" w14:textId="77777777" w:rsidR="00666108" w:rsidRDefault="00666108"/>
        </w:tc>
      </w:tr>
      <w:tr w:rsidR="00666108" w14:paraId="4DAF50E3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ABDF1C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B0FD6" w14:textId="77777777" w:rsidR="00666108" w:rsidRDefault="001216F5">
            <w:r>
              <w:rPr>
                <w:color w:val="1F2933"/>
              </w:rPr>
              <w:t>Review Wednesday topics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BB5657" w14:textId="77777777" w:rsidR="00666108" w:rsidRDefault="001216F5">
            <w:r>
              <w:rPr>
                <w:color w:val="1F2933"/>
              </w:rPr>
              <w:t>TBD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C1A08" w14:textId="77777777" w:rsidR="00666108" w:rsidRDefault="00666108"/>
        </w:tc>
      </w:tr>
      <w:tr w:rsidR="00666108" w14:paraId="3A429D2A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F0634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DEEC2" w14:textId="77777777" w:rsidR="00666108" w:rsidRDefault="001216F5">
            <w:r>
              <w:rPr>
                <w:color w:val="1F2933"/>
              </w:rPr>
              <w:t>Spring 2027 Presentation / Details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D313C" w14:textId="361C59DA" w:rsidR="00666108" w:rsidRDefault="00987495">
            <w:r>
              <w:t>Lee Donahue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6C3CE" w14:textId="77777777" w:rsidR="00666108" w:rsidRDefault="00666108"/>
        </w:tc>
      </w:tr>
      <w:tr w:rsidR="00987495" w14:paraId="024F3E99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ED008" w14:textId="77777777" w:rsidR="00987495" w:rsidRDefault="00987495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FC463" w14:textId="5F300584" w:rsidR="00987495" w:rsidRDefault="00987495">
            <w:pPr>
              <w:rPr>
                <w:color w:val="1F2933"/>
              </w:rPr>
            </w:pPr>
            <w:r w:rsidRPr="00987495">
              <w:rPr>
                <w:color w:val="1F2933"/>
              </w:rPr>
              <w:t>Regional PDC Preliminary Planning Update</w:t>
            </w:r>
            <w:r w:rsidRPr="00987495">
              <w:rPr>
                <w:color w:val="1F2933"/>
              </w:rPr>
              <w:tab/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2DB8A6" w14:textId="5050896C" w:rsidR="00987495" w:rsidRDefault="00987495">
            <w:r w:rsidRPr="00987495">
              <w:rPr>
                <w:color w:val="1F2933"/>
              </w:rPr>
              <w:t>Mariana Lever, ARVP Region PDC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17200" w14:textId="77777777" w:rsidR="00987495" w:rsidRDefault="00987495"/>
        </w:tc>
      </w:tr>
      <w:tr w:rsidR="00666108" w14:paraId="319BE6B2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41A51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C268E5" w14:textId="0628E202" w:rsidR="00666108" w:rsidRDefault="001216F5">
            <w:r>
              <w:rPr>
                <w:color w:val="1F2933"/>
              </w:rPr>
              <w:t>Fall 2027 ROC Discussion</w:t>
            </w:r>
            <w:r w:rsidR="00A83897">
              <w:rPr>
                <w:color w:val="1F2933"/>
              </w:rPr>
              <w:t xml:space="preserve"> and vote 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F005E" w14:textId="7E30B741" w:rsidR="00666108" w:rsidRDefault="00987495">
            <w:r>
              <w:t>TBD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FDF48F" w14:textId="77777777" w:rsidR="00666108" w:rsidRDefault="00666108"/>
        </w:tc>
      </w:tr>
      <w:tr w:rsidR="00666108" w14:paraId="32B41A46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102477" w14:textId="77777777" w:rsidR="00666108" w:rsidRDefault="001216F5">
            <w:pPr>
              <w:jc w:val="center"/>
            </w:pPr>
            <w:r>
              <w:rPr>
                <w:color w:val="1F2933"/>
              </w:rPr>
              <w:t>9:15 AM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3EC34" w14:textId="77777777" w:rsidR="00666108" w:rsidRDefault="001216F5">
            <w:r>
              <w:rPr>
                <w:color w:val="1F2933"/>
              </w:rPr>
              <w:t>Break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997436" w14:textId="77777777" w:rsidR="00666108" w:rsidRDefault="00666108"/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C15FB" w14:textId="77777777" w:rsidR="00666108" w:rsidRDefault="00666108"/>
        </w:tc>
      </w:tr>
      <w:tr w:rsidR="005A47D9" w14:paraId="2A942816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02BD1" w14:textId="3F2E1161" w:rsidR="005A47D9" w:rsidRDefault="005A47D9">
            <w:pPr>
              <w:jc w:val="center"/>
              <w:rPr>
                <w:color w:val="1F2933"/>
              </w:rPr>
            </w:pPr>
            <w:r>
              <w:rPr>
                <w:color w:val="1F2933"/>
              </w:rPr>
              <w:t xml:space="preserve">9:30 AM 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DC166" w14:textId="452559D5" w:rsidR="005A47D9" w:rsidRDefault="00AD5C84">
            <w:pPr>
              <w:rPr>
                <w:color w:val="1F2933"/>
              </w:rPr>
            </w:pPr>
            <w:r>
              <w:rPr>
                <w:color w:val="1F2933"/>
              </w:rPr>
              <w:t>Turning Strategy into Impact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1430B" w14:textId="70779A70" w:rsidR="005A47D9" w:rsidRDefault="00AD5C84">
            <w:pPr>
              <w:rPr>
                <w:color w:val="1F2933"/>
              </w:rPr>
            </w:pPr>
            <w:r>
              <w:rPr>
                <w:color w:val="1F2933"/>
              </w:rPr>
              <w:t>Tim Page-</w:t>
            </w:r>
            <w:r w:rsidR="00575809">
              <w:rPr>
                <w:color w:val="1F2933"/>
              </w:rPr>
              <w:t>Bottorff, MS, CSP, CIT, FASSP, President Elect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5C06F" w14:textId="77777777" w:rsidR="005A47D9" w:rsidRDefault="005A47D9"/>
        </w:tc>
      </w:tr>
      <w:tr w:rsidR="00746F9B" w14:paraId="444C6863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25EB0" w14:textId="6235AA17" w:rsidR="00746F9B" w:rsidRDefault="00746F9B">
            <w:pPr>
              <w:jc w:val="center"/>
              <w:rPr>
                <w:color w:val="1F2933"/>
              </w:rPr>
            </w:pPr>
            <w:r>
              <w:rPr>
                <w:color w:val="1F2933"/>
              </w:rPr>
              <w:t xml:space="preserve">10:30 AM 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767DE" w14:textId="0CB6B73C" w:rsidR="00746F9B" w:rsidRDefault="00746F9B">
            <w:pPr>
              <w:rPr>
                <w:color w:val="1F2933"/>
              </w:rPr>
            </w:pPr>
            <w:r>
              <w:rPr>
                <w:color w:val="1F2933"/>
              </w:rPr>
              <w:t>Break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898FF" w14:textId="77777777" w:rsidR="00746F9B" w:rsidRDefault="00746F9B">
            <w:pPr>
              <w:rPr>
                <w:color w:val="1F2933"/>
              </w:rPr>
            </w:pP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25750" w14:textId="77777777" w:rsidR="00746F9B" w:rsidRDefault="00746F9B"/>
        </w:tc>
      </w:tr>
      <w:tr w:rsidR="00666108" w14:paraId="65CA71D3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0ABF9" w14:textId="2326DC23" w:rsidR="00666108" w:rsidRDefault="00746F9B">
            <w:pPr>
              <w:jc w:val="center"/>
            </w:pPr>
            <w:r>
              <w:rPr>
                <w:color w:val="1F2933"/>
              </w:rPr>
              <w:t>10</w:t>
            </w:r>
            <w:r w:rsidR="001216F5">
              <w:rPr>
                <w:color w:val="1F2933"/>
              </w:rPr>
              <w:t>:</w:t>
            </w:r>
            <w:r>
              <w:rPr>
                <w:color w:val="1F2933"/>
              </w:rPr>
              <w:t>45</w:t>
            </w:r>
            <w:r w:rsidR="001216F5">
              <w:rPr>
                <w:color w:val="1F2933"/>
              </w:rPr>
              <w:t xml:space="preserve"> AM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B2404F" w14:textId="77777777" w:rsidR="00666108" w:rsidRDefault="001216F5">
            <w:r>
              <w:rPr>
                <w:color w:val="1F2933"/>
              </w:rPr>
              <w:t>Chapter Report Outs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9C9CC" w14:textId="77777777" w:rsidR="00666108" w:rsidRDefault="001216F5">
            <w:r>
              <w:rPr>
                <w:color w:val="1F2933"/>
              </w:rPr>
              <w:t>Chapter Representatives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F92AA" w14:textId="77777777" w:rsidR="00666108" w:rsidRDefault="00666108"/>
        </w:tc>
      </w:tr>
      <w:tr w:rsidR="00666108" w14:paraId="09498864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7DA557" w14:textId="77777777" w:rsidR="00666108" w:rsidRDefault="001216F5">
            <w:pPr>
              <w:jc w:val="center"/>
            </w:pPr>
            <w:r>
              <w:rPr>
                <w:color w:val="1F2933"/>
              </w:rPr>
              <w:t>11:30 AM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CAD7B" w14:textId="77777777" w:rsidR="00666108" w:rsidRDefault="001216F5">
            <w:r>
              <w:rPr>
                <w:color w:val="1F2933"/>
              </w:rPr>
              <w:t>Lunch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82E56" w14:textId="77777777" w:rsidR="00666108" w:rsidRDefault="001216F5">
            <w:r>
              <w:rPr>
                <w:color w:val="1F2933"/>
              </w:rPr>
              <w:t>Lunch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766D3C" w14:textId="77777777" w:rsidR="00666108" w:rsidRDefault="00666108"/>
        </w:tc>
      </w:tr>
      <w:tr w:rsidR="00666108" w14:paraId="7D7BC93F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225E3" w14:textId="77777777" w:rsidR="00666108" w:rsidRDefault="001216F5">
            <w:pPr>
              <w:jc w:val="center"/>
            </w:pPr>
            <w:r>
              <w:rPr>
                <w:color w:val="1F2933"/>
              </w:rPr>
              <w:t>12:30 PM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47332" w14:textId="77777777" w:rsidR="00666108" w:rsidRDefault="001216F5">
            <w:r>
              <w:rPr>
                <w:color w:val="1F2933"/>
              </w:rPr>
              <w:t>Chapter Report Outs - Con't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74170F" w14:textId="77777777" w:rsidR="00666108" w:rsidRDefault="001216F5">
            <w:r>
              <w:rPr>
                <w:color w:val="1F2933"/>
              </w:rPr>
              <w:t>Chapter Representatives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A588BF" w14:textId="77777777" w:rsidR="00666108" w:rsidRDefault="00666108"/>
        </w:tc>
      </w:tr>
      <w:tr w:rsidR="00666108" w14:paraId="58A30E0B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46921" w14:textId="77777777" w:rsidR="00666108" w:rsidRDefault="001216F5">
            <w:pPr>
              <w:jc w:val="center"/>
            </w:pPr>
            <w:r>
              <w:rPr>
                <w:color w:val="1F2933"/>
              </w:rPr>
              <w:t>1:30 PM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1D88D" w14:textId="77777777" w:rsidR="00666108" w:rsidRDefault="001216F5">
            <w:r>
              <w:rPr>
                <w:color w:val="1F2933"/>
              </w:rPr>
              <w:t>Break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FD7097" w14:textId="77777777" w:rsidR="00666108" w:rsidRDefault="001216F5">
            <w:r>
              <w:rPr>
                <w:color w:val="1F2933"/>
              </w:rPr>
              <w:t>All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D522C1" w14:textId="77777777" w:rsidR="00666108" w:rsidRDefault="00666108"/>
        </w:tc>
      </w:tr>
      <w:tr w:rsidR="00666108" w14:paraId="4FA95F94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EA43A" w14:textId="77777777" w:rsidR="00666108" w:rsidRDefault="001216F5">
            <w:pPr>
              <w:jc w:val="center"/>
            </w:pPr>
            <w:r>
              <w:rPr>
                <w:color w:val="1F2933"/>
              </w:rPr>
              <w:t>1:45 PM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EEB96" w14:textId="77777777" w:rsidR="00666108" w:rsidRDefault="001216F5">
            <w:r>
              <w:rPr>
                <w:color w:val="1F2933"/>
              </w:rPr>
              <w:t>Chapter Report Outs - Con't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09AE8" w14:textId="77777777" w:rsidR="00666108" w:rsidRDefault="001216F5">
            <w:r>
              <w:rPr>
                <w:color w:val="1F2933"/>
              </w:rPr>
              <w:t>Chapter Representatives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B396B4" w14:textId="77777777" w:rsidR="00666108" w:rsidRDefault="00666108"/>
        </w:tc>
      </w:tr>
      <w:tr w:rsidR="00666108" w14:paraId="51ACF4E5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48D61" w14:textId="77777777" w:rsidR="00666108" w:rsidRDefault="001216F5">
            <w:pPr>
              <w:jc w:val="center"/>
            </w:pPr>
            <w:r>
              <w:rPr>
                <w:color w:val="1F2933"/>
              </w:rPr>
              <w:t>2:30 PM</w:t>
            </w: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708933" w14:textId="77777777" w:rsidR="00666108" w:rsidRDefault="001216F5">
            <w:r>
              <w:rPr>
                <w:color w:val="1F2933"/>
              </w:rPr>
              <w:t>News / Announcements / Takeaways / Thank You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4C1D87" w14:textId="77777777" w:rsidR="00666108" w:rsidRDefault="001216F5">
            <w:r>
              <w:rPr>
                <w:color w:val="1F2933"/>
              </w:rPr>
              <w:t>Wes / All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5A021" w14:textId="77777777" w:rsidR="00666108" w:rsidRDefault="00666108"/>
        </w:tc>
      </w:tr>
      <w:tr w:rsidR="00666108" w14:paraId="2A9C6BBC" w14:textId="77777777">
        <w:trPr>
          <w:cantSplit/>
          <w:jc w:val="center"/>
        </w:trPr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BC609" w14:textId="77777777" w:rsidR="00666108" w:rsidRDefault="00666108">
            <w:pPr>
              <w:jc w:val="center"/>
            </w:pPr>
          </w:p>
        </w:tc>
        <w:tc>
          <w:tcPr>
            <w:tcW w:w="45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94719" w14:textId="77777777" w:rsidR="00666108" w:rsidRDefault="001216F5">
            <w:r>
              <w:rPr>
                <w:color w:val="1F2933"/>
              </w:rPr>
              <w:t>Meeting Conclusion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995F6C" w14:textId="77777777" w:rsidR="00666108" w:rsidRDefault="00666108"/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EEAE2A" w14:textId="77777777" w:rsidR="00666108" w:rsidRDefault="00666108"/>
        </w:tc>
      </w:tr>
    </w:tbl>
    <w:p w14:paraId="7ED05FA6" w14:textId="77777777" w:rsidR="00B813FD" w:rsidRDefault="00B813FD"/>
    <w:sectPr w:rsidR="00B813F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D753" w14:textId="77777777" w:rsidR="001216F5" w:rsidRDefault="001216F5">
      <w:r>
        <w:separator/>
      </w:r>
    </w:p>
  </w:endnote>
  <w:endnote w:type="continuationSeparator" w:id="0">
    <w:p w14:paraId="4CC77829" w14:textId="77777777" w:rsidR="001216F5" w:rsidRDefault="0012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5B3B5" w14:textId="77777777" w:rsidR="00DC14EB" w:rsidRDefault="00DC1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DC2A" w14:textId="77777777" w:rsidR="00666108" w:rsidRDefault="001216F5">
    <w:pPr>
      <w:jc w:val="center"/>
    </w:pPr>
    <w:r>
      <w:rPr>
        <w:sz w:val="16"/>
      </w:rPr>
      <w:t>ASSP Region 1 | Fall ROC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0CD50" w14:textId="77777777" w:rsidR="00DC14EB" w:rsidRDefault="00DC1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AB15" w14:textId="77777777" w:rsidR="001216F5" w:rsidRDefault="001216F5">
      <w:r>
        <w:separator/>
      </w:r>
    </w:p>
  </w:footnote>
  <w:footnote w:type="continuationSeparator" w:id="0">
    <w:p w14:paraId="030349AF" w14:textId="77777777" w:rsidR="001216F5" w:rsidRDefault="00121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AD08" w14:textId="77777777" w:rsidR="00DC14EB" w:rsidRDefault="00DC1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C3B7" w14:textId="77777777" w:rsidR="00DC14EB" w:rsidRDefault="00DC14EB" w:rsidP="00DC14EB">
    <w:pPr>
      <w:jc w:val="center"/>
      <w:rPr>
        <w:b/>
        <w:color w:val="1F5A44"/>
        <w:sz w:val="22"/>
      </w:rPr>
    </w:pPr>
    <w:r>
      <w:rPr>
        <w:noProof/>
      </w:rPr>
      <w:drawing>
        <wp:inline distT="0" distB="0" distL="0" distR="0" wp14:anchorId="1EE2708C" wp14:editId="700468E6">
          <wp:extent cx="1554480" cy="4258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425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4E086B" w14:textId="77777777" w:rsidR="00DC14EB" w:rsidRDefault="00DC14EB" w:rsidP="00DC14EB">
    <w:pPr>
      <w:jc w:val="center"/>
    </w:pPr>
    <w:r>
      <w:rPr>
        <w:b/>
        <w:color w:val="1F5A44"/>
        <w:sz w:val="22"/>
      </w:rPr>
      <w:t>AMERICAN SOCIETY OF SAFETY PROFESSIONALS</w:t>
    </w:r>
  </w:p>
  <w:p w14:paraId="6BA5A88A" w14:textId="4BC73458" w:rsidR="00DC14EB" w:rsidRDefault="00DC14EB" w:rsidP="00DC14EB">
    <w:pPr>
      <w:spacing w:after="60"/>
      <w:jc w:val="center"/>
    </w:pPr>
    <w:r>
      <w:rPr>
        <w:b/>
        <w:color w:val="1F2933"/>
        <w:sz w:val="22"/>
      </w:rPr>
      <w:t>Region 1 Operating Committee Meeting</w:t>
    </w:r>
  </w:p>
  <w:p w14:paraId="4DC13224" w14:textId="4D3FB4C3" w:rsidR="004363BB" w:rsidRDefault="004363BB" w:rsidP="00DC14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B6D7" w14:textId="77777777" w:rsidR="00DC14EB" w:rsidRDefault="00DC1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4782556">
    <w:abstractNumId w:val="8"/>
  </w:num>
  <w:num w:numId="2" w16cid:durableId="272977144">
    <w:abstractNumId w:val="6"/>
  </w:num>
  <w:num w:numId="3" w16cid:durableId="2054692533">
    <w:abstractNumId w:val="5"/>
  </w:num>
  <w:num w:numId="4" w16cid:durableId="1831604552">
    <w:abstractNumId w:val="4"/>
  </w:num>
  <w:num w:numId="5" w16cid:durableId="783423204">
    <w:abstractNumId w:val="7"/>
  </w:num>
  <w:num w:numId="6" w16cid:durableId="58871433">
    <w:abstractNumId w:val="3"/>
  </w:num>
  <w:num w:numId="7" w16cid:durableId="1914779692">
    <w:abstractNumId w:val="2"/>
  </w:num>
  <w:num w:numId="8" w16cid:durableId="1701543009">
    <w:abstractNumId w:val="1"/>
  </w:num>
  <w:num w:numId="9" w16cid:durableId="174765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346"/>
    <w:rsid w:val="00034616"/>
    <w:rsid w:val="0006063C"/>
    <w:rsid w:val="0008030A"/>
    <w:rsid w:val="000A2E52"/>
    <w:rsid w:val="001216F5"/>
    <w:rsid w:val="00146990"/>
    <w:rsid w:val="0015074B"/>
    <w:rsid w:val="00162F70"/>
    <w:rsid w:val="002554C1"/>
    <w:rsid w:val="0029639D"/>
    <w:rsid w:val="00326F90"/>
    <w:rsid w:val="00390EED"/>
    <w:rsid w:val="00397E5B"/>
    <w:rsid w:val="003F0152"/>
    <w:rsid w:val="004363BB"/>
    <w:rsid w:val="00575809"/>
    <w:rsid w:val="005A47D9"/>
    <w:rsid w:val="005B0BD0"/>
    <w:rsid w:val="00630493"/>
    <w:rsid w:val="00666108"/>
    <w:rsid w:val="007003BB"/>
    <w:rsid w:val="00746F9B"/>
    <w:rsid w:val="008372A1"/>
    <w:rsid w:val="00910C13"/>
    <w:rsid w:val="00987495"/>
    <w:rsid w:val="00A30EBB"/>
    <w:rsid w:val="00A83897"/>
    <w:rsid w:val="00AA1D8D"/>
    <w:rsid w:val="00AD02E4"/>
    <w:rsid w:val="00AD5C84"/>
    <w:rsid w:val="00B3271B"/>
    <w:rsid w:val="00B42BFC"/>
    <w:rsid w:val="00B47730"/>
    <w:rsid w:val="00B813FD"/>
    <w:rsid w:val="00B90905"/>
    <w:rsid w:val="00B96427"/>
    <w:rsid w:val="00C17870"/>
    <w:rsid w:val="00CA2A53"/>
    <w:rsid w:val="00CB0664"/>
    <w:rsid w:val="00D8498E"/>
    <w:rsid w:val="00DC14EB"/>
    <w:rsid w:val="00DE1B89"/>
    <w:rsid w:val="00E3607A"/>
    <w:rsid w:val="00E619F4"/>
    <w:rsid w:val="00F4392A"/>
    <w:rsid w:val="00F464EC"/>
    <w:rsid w:val="00F76F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95BE93C-8918-466F-B916-B97E9191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Joey G</cp:lastModifiedBy>
  <cp:revision>2</cp:revision>
  <dcterms:created xsi:type="dcterms:W3CDTF">2026-10-08T03:26:00Z</dcterms:created>
  <dcterms:modified xsi:type="dcterms:W3CDTF">2026-10-08T03:26:00Z</dcterms:modified>
  <cp:category/>
</cp:coreProperties>
</file>